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FFFFF" w:themeColor="background1"/>
  <w:body>
    <w:p w:rsidR="006B1714" w:rsidP="490B91B3" w:rsidRDefault="00000000" w14:paraId="559DBC32" w14:textId="77777777">
      <w:pPr>
        <w:jc w:val="center"/>
        <w:rPr>
          <w:sz w:val="28"/>
          <w:szCs w:val="28"/>
        </w:rPr>
      </w:pPr>
      <w:r w:rsidRPr="490B91B3">
        <w:rPr>
          <w:b/>
          <w:bCs/>
          <w:sz w:val="48"/>
          <w:szCs w:val="48"/>
        </w:rPr>
        <w:t>TRAINING NEWSLETTER</w:t>
      </w:r>
      <w:r>
        <w:br/>
      </w:r>
      <w:r w:rsidRPr="490B91B3">
        <w:rPr>
          <w:sz w:val="28"/>
          <w:szCs w:val="28"/>
        </w:rPr>
        <w:t xml:space="preserve">Suffolk Drug and Alcohol Service </w:t>
      </w:r>
    </w:p>
    <w:p w:rsidR="006B1714" w:rsidP="490B91B3" w:rsidRDefault="003914AF" w14:paraId="1F49A6ED" w14:textId="7FAD6A9F">
      <w:pPr>
        <w:jc w:val="center"/>
        <w:rPr>
          <w:sz w:val="28"/>
          <w:szCs w:val="28"/>
        </w:rPr>
      </w:pPr>
      <w:r w:rsidRPr="3E58E2D6" w:rsidR="3E719C7B">
        <w:rPr>
          <w:sz w:val="28"/>
          <w:szCs w:val="28"/>
        </w:rPr>
        <w:t xml:space="preserve">October </w:t>
      </w:r>
      <w:r w:rsidRPr="3E58E2D6" w:rsidR="003914AF">
        <w:rPr>
          <w:sz w:val="28"/>
          <w:szCs w:val="28"/>
        </w:rPr>
        <w:t>2026</w:t>
      </w:r>
    </w:p>
    <w:p w:rsidR="006B1714" w:rsidRDefault="00000000" w14:paraId="6795A6FD" w14:textId="77777777">
      <w:pPr>
        <w:jc w:val="center"/>
      </w:pPr>
      <w:r>
        <w:t>────────────────────────────────</w:t>
      </w:r>
    </w:p>
    <w:p w:rsidR="006B1714" w:rsidP="51FE5778" w:rsidRDefault="006B1714" w14:paraId="73343064" w14:textId="77777777">
      <w:r w:rsidRPr="51FE5778">
        <w:rPr>
          <w:b/>
          <w:bCs/>
          <w:sz w:val="28"/>
          <w:szCs w:val="28"/>
        </w:rPr>
        <w:t>Welcome</w:t>
      </w:r>
      <w:r w:rsidRPr="51FE5778" w:rsidR="25414F30">
        <w:rPr>
          <w:b/>
          <w:bCs/>
          <w:sz w:val="28"/>
          <w:szCs w:val="28"/>
        </w:rPr>
        <w:t xml:space="preserve"> </w:t>
      </w:r>
      <w:r w:rsidRPr="51FE5778" w:rsidR="25414F30">
        <w:rPr>
          <w:rFonts w:ascii="Segoe UI Emoji" w:hAnsi="Segoe UI Emoji" w:eastAsia="Segoe UI Emoji" w:cs="Segoe UI Emoji"/>
        </w:rPr>
        <w:t>👋</w:t>
      </w:r>
      <w:r>
        <w:br/>
      </w:r>
      <w:r w:rsidRPr="51FE5778" w:rsidR="3B2F7698">
        <w:rPr>
          <w:sz w:val="24"/>
          <w:szCs w:val="24"/>
        </w:rPr>
        <w:t>Welcome to our latest training update for professionals and partners in Suffolk. We’re pleased to continue working collaboratively across services to promote informed, compassionate, and effective practice.</w:t>
      </w:r>
      <w:r w:rsidRPr="51FE5778" w:rsidR="68EF56CA">
        <w:rPr>
          <w:sz w:val="24"/>
          <w:szCs w:val="24"/>
        </w:rPr>
        <w:t xml:space="preserve"> </w:t>
      </w:r>
    </w:p>
    <w:p w:rsidR="64C748F3" w:rsidP="51FE5778" w:rsidRDefault="64C748F3" w14:paraId="34316F87" w14:textId="77777777">
      <w:pPr>
        <w:rPr>
          <w:b/>
          <w:bCs/>
          <w:sz w:val="28"/>
          <w:szCs w:val="28"/>
        </w:rPr>
      </w:pPr>
      <w:r w:rsidRPr="51FE5778">
        <w:rPr>
          <w:b/>
          <w:bCs/>
          <w:sz w:val="28"/>
          <w:szCs w:val="28"/>
        </w:rPr>
        <w:t>Training Available</w:t>
      </w:r>
      <w:r w:rsidRPr="51FE5778" w:rsidR="2E76C19B">
        <w:rPr>
          <w:b/>
          <w:bCs/>
          <w:sz w:val="28"/>
          <w:szCs w:val="28"/>
        </w:rPr>
        <w:t xml:space="preserve"> </w:t>
      </w:r>
      <w:r w:rsidRPr="51FE5778" w:rsidR="2E76C19B">
        <w:rPr>
          <w:rFonts w:ascii="Segoe UI Emoji" w:hAnsi="Segoe UI Emoji" w:eastAsia="Segoe UI Emoji" w:cs="Segoe UI Emoji"/>
          <w:b/>
          <w:bCs/>
          <w:sz w:val="28"/>
          <w:szCs w:val="28"/>
        </w:rPr>
        <w:t>📣</w:t>
      </w:r>
    </w:p>
    <w:p w:rsidR="64C748F3" w:rsidP="51FE5778" w:rsidRDefault="64C748F3" w14:paraId="679069FA" w14:textId="21116141">
      <w:pPr>
        <w:rPr>
          <w:sz w:val="24"/>
          <w:szCs w:val="24"/>
        </w:rPr>
      </w:pPr>
      <w:r w:rsidRPr="51FE5778">
        <w:rPr>
          <w:sz w:val="24"/>
          <w:szCs w:val="24"/>
        </w:rPr>
        <w:t xml:space="preserve">We offer a variety of training courses and </w:t>
      </w:r>
      <w:r w:rsidRPr="51FE5778" w:rsidR="00A03D6E">
        <w:rPr>
          <w:sz w:val="24"/>
          <w:szCs w:val="24"/>
        </w:rPr>
        <w:t>workshops,</w:t>
      </w:r>
      <w:r w:rsidRPr="51FE5778">
        <w:rPr>
          <w:sz w:val="24"/>
          <w:szCs w:val="24"/>
        </w:rPr>
        <w:t xml:space="preserve"> all bookable via Eventbrite.</w:t>
      </w:r>
    </w:p>
    <w:p w:rsidR="64C748F3" w:rsidP="51FE5778" w:rsidRDefault="64C748F3" w14:paraId="2A3E9727" w14:textId="77777777">
      <w:pPr>
        <w:rPr>
          <w:sz w:val="24"/>
          <w:szCs w:val="24"/>
        </w:rPr>
      </w:pPr>
      <w:r w:rsidRPr="51FE5778">
        <w:rPr>
          <w:sz w:val="24"/>
          <w:szCs w:val="24"/>
        </w:rPr>
        <w:t xml:space="preserve">Our training sessions are online (using Microsoft Teams) and </w:t>
      </w:r>
      <w:r w:rsidRPr="51FE5778" w:rsidR="7FED1788">
        <w:rPr>
          <w:sz w:val="24"/>
          <w:szCs w:val="24"/>
        </w:rPr>
        <w:t>in person</w:t>
      </w:r>
      <w:r w:rsidRPr="51FE5778">
        <w:rPr>
          <w:sz w:val="24"/>
          <w:szCs w:val="24"/>
        </w:rPr>
        <w:t xml:space="preserve">, details for each event are available on </w:t>
      </w:r>
      <w:r w:rsidRPr="51FE5778" w:rsidR="38023EBC">
        <w:rPr>
          <w:sz w:val="24"/>
          <w:szCs w:val="24"/>
        </w:rPr>
        <w:t>Eventbrite</w:t>
      </w:r>
      <w:r w:rsidRPr="51FE5778">
        <w:rPr>
          <w:sz w:val="24"/>
          <w:szCs w:val="24"/>
        </w:rPr>
        <w:t xml:space="preserve">. </w:t>
      </w:r>
    </w:p>
    <w:p w:rsidR="64C748F3" w:rsidP="51FE5778" w:rsidRDefault="64C748F3" w14:paraId="3E398C42" w14:textId="77777777">
      <w:r w:rsidRPr="51FE5778">
        <w:rPr>
          <w:b/>
          <w:bCs/>
          <w:sz w:val="28"/>
          <w:szCs w:val="28"/>
        </w:rPr>
        <w:t>Our Eventbrite page:</w:t>
      </w:r>
      <w:r w:rsidRPr="51FE5778">
        <w:rPr>
          <w:sz w:val="20"/>
          <w:szCs w:val="20"/>
        </w:rPr>
        <w:t xml:space="preserve"> </w:t>
      </w:r>
      <w:hyperlink r:id="rId11">
        <w:r w:rsidRPr="51FE5778">
          <w:rPr>
            <w:rStyle w:val="Hyperlink"/>
            <w:sz w:val="24"/>
            <w:szCs w:val="24"/>
          </w:rPr>
          <w:t>https://www.eventbrite.co.uk/o/turning-point-suffolk-drug-and-alcohol-service-94173390313</w:t>
        </w:r>
      </w:hyperlink>
    </w:p>
    <w:p w:rsidR="68BD0160" w:rsidP="51FE5778" w:rsidRDefault="68BD0160" w14:paraId="40C698B1" w14:textId="77777777">
      <w:pPr>
        <w:jc w:val="center"/>
        <w:rPr>
          <w:rFonts w:ascii="Cambria" w:hAnsi="Cambria" w:eastAsia="Cambria" w:cs="Cambria"/>
          <w:sz w:val="28"/>
          <w:szCs w:val="28"/>
        </w:rPr>
      </w:pPr>
      <w:r>
        <w:rPr>
          <w:noProof/>
        </w:rPr>
        <w:drawing>
          <wp:inline distT="0" distB="0" distL="0" distR="0" wp14:anchorId="22C65B57" wp14:editId="52AACC22">
            <wp:extent cx="1393371" cy="1393371"/>
            <wp:effectExtent l="0" t="0" r="0" b="0"/>
            <wp:docPr id="1110112445" name="drawing" title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112445" name="Picture 111011244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371" cy="139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347E50A" w:rsidP="4347E50A" w:rsidRDefault="4347E50A" w14:paraId="1DDC9A8A" w14:textId="77777777">
      <w:pPr>
        <w:jc w:val="center"/>
        <w:rPr>
          <w:rFonts w:ascii="Cambria" w:hAnsi="Cambria" w:eastAsia="Cambria" w:cs="Cambria"/>
          <w:sz w:val="28"/>
          <w:szCs w:val="28"/>
        </w:rPr>
      </w:pPr>
    </w:p>
    <w:p w:rsidR="3BA57686" w:rsidP="4347E50A" w:rsidRDefault="3BA57686" w14:paraId="33216A9D" w14:textId="77777777">
      <w:pPr>
        <w:jc w:val="center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296BCD6C" wp14:editId="3EAF5A71">
                <wp:extent xmlns:wp="http://schemas.openxmlformats.org/drawingml/2006/wordprocessingDrawing" cx="3216910" cy="7379335"/>
                <wp:effectExtent xmlns:wp="http://schemas.openxmlformats.org/drawingml/2006/wordprocessingDrawing" l="0" t="0" r="21590" b="12065"/>
                <wp:docPr xmlns:wp="http://schemas.openxmlformats.org/drawingml/2006/wordprocessingDrawing" id="1751873141" name="Rectangle: Rounded Corners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16910" cy="737933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xmlns:wp14="http://schemas.microsoft.com/office/word/2010/wordml" w:rsidRPr="003E35E1" w:rsidR="00BE6C21" w:rsidP="00997971" w:rsidRDefault="00BE6C21" w14:paraId="247B6B08" wp14:textId="77777777">
                            <w:pPr>
                              <w:jc w:val="center"/>
                              <w:rPr>
                                <w:rFonts w:hAnsi="Cambria" w:eastAsia="Cambria" w:cs="Cambria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What</w:t>
                            </w: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’</w:t>
                            </w: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s on</w:t>
                            </w: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…</w:t>
                            </w: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..</w:t>
                            </w:r>
                          </w:p>
                          <w:p xmlns:wp14="http://schemas.microsoft.com/office/word/2010/wordml" w:rsidRPr="003E35E1" w:rsidR="00BE6C21" w:rsidP="00DB12F9" w:rsidRDefault="00BE6C21" w14:paraId="05352092" wp14:textId="77777777">
                            <w:pPr>
                              <w:rPr>
                                <w:rFonts w:hAnsi="Cambria" w:eastAsia="Cambria" w:cs="Cambria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November</w:t>
                            </w:r>
                          </w:p>
                          <w:p xmlns:wp14="http://schemas.microsoft.com/office/word/2010/wordml" w:rsidRPr="003E35E1" w:rsidR="00BE6C21" w:rsidP="00DB12F9" w:rsidRDefault="00BE6C21" w14:paraId="39944326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Drug Awareness Workshop- Tuesday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17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10:00am- Turning Point, Bury St Edmunds </w:t>
                            </w:r>
                          </w:p>
                          <w:p xmlns:wp14="http://schemas.microsoft.com/office/word/2010/wordml" w:rsidRPr="003E35E1" w:rsidR="00BE6C21" w:rsidP="00DB12F9" w:rsidRDefault="00BE6C21" w14:paraId="45ACAD38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Substance Use and Youth- ONLINE- Thursday 19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11:00am- ONLINE via TEAM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’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s</w:t>
                            </w:r>
                          </w:p>
                          <w:p xmlns:wp14="http://schemas.microsoft.com/office/word/2010/wordml" w:rsidRPr="003E35E1" w:rsidR="00BE6C21" w:rsidP="00997971" w:rsidRDefault="00BE6C21" w14:paraId="398D64C6" wp14:textId="77777777">
                            <w:pPr>
                              <w:rPr>
                                <w:rFonts w:hAnsi="Cambria" w:eastAsia="Cambria" w:cs="Cambria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December</w:t>
                            </w:r>
                          </w:p>
                          <w:p xmlns:wp14="http://schemas.microsoft.com/office/word/2010/wordml" w:rsidRPr="003E35E1" w:rsidR="00BE6C21" w:rsidP="00C17883" w:rsidRDefault="00BE6C21" w14:paraId="21A63E87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Motivational Interviewing-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Friday 11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and Monday 14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09:30am-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Suffolk County Council, Lowestoft Riverside Office</w:t>
                            </w:r>
                          </w:p>
                          <w:p xmlns:wp14="http://schemas.microsoft.com/office/word/2010/wordml" w:rsidRPr="003E35E1" w:rsidR="00BE6C21" w:rsidP="00C17883" w:rsidRDefault="00BE6C21" w14:paraId="2E937729" wp14:textId="77777777">
                            <w:pPr>
                              <w:rPr>
                                <w:rFonts w:hAnsi="Cambria" w:eastAsia="Cambria" w:cs="Cambria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January 2027</w:t>
                            </w:r>
                          </w:p>
                          <w:p xmlns:wp14="http://schemas.microsoft.com/office/word/2010/wordml" w:rsidRPr="003E35E1" w:rsidR="00BE6C21" w:rsidP="00C17883" w:rsidRDefault="00BE6C21" w14:paraId="4F414CB4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Alcohol Awareness Workshop-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Tuesday 19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10:00am- Turning Point, Bury St Edmunds</w:t>
                            </w:r>
                          </w:p>
                          <w:p xmlns:wp14="http://schemas.microsoft.com/office/word/2010/wordml" w:rsidRPr="003E35E1" w:rsidR="00BE6C21" w:rsidP="00C17883" w:rsidRDefault="00BE6C21" w14:paraId="0424EF3C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ONLINE- Introduction to Ketamine- Thursday 21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st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11:00am- ONLINE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via TEAM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’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s</w:t>
                            </w:r>
                          </w:p>
                          <w:p xmlns:wp14="http://schemas.microsoft.com/office/word/2010/wordml" w:rsidRPr="003E35E1" w:rsidR="00BE6C21" w:rsidP="00C17883" w:rsidRDefault="00BE6C21" w14:paraId="6EFFD2D9" wp14:textId="77777777">
                            <w:pPr>
                              <w:rPr>
                                <w:rFonts w:hAnsi="Cambria" w:eastAsia="Cambria" w:cs="Cambria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u w:val="single"/>
                              </w:rPr>
                              <w:t>February 2027</w:t>
                            </w:r>
                          </w:p>
                          <w:p xmlns:wp14="http://schemas.microsoft.com/office/word/2010/wordml" w:rsidRPr="003E35E1" w:rsidR="00BE6C21" w:rsidP="00C17883" w:rsidRDefault="00BE6C21" w14:paraId="6700A17D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Motivational Interviewing-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Friday 12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and Monday 15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09:30am- Turning Point, Bury St Edmunds</w:t>
                            </w:r>
                          </w:p>
                          <w:p xmlns:wp14="http://schemas.microsoft.com/office/word/2010/wordml" w:rsidRPr="003E35E1" w:rsidR="00BE6C21" w:rsidP="00C17883" w:rsidRDefault="00BE6C21" w14:paraId="594F1ABE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Drug Awareness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Workshop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-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Tuesday 16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10:00am- Turning Point, Bury St Edmunds </w:t>
                            </w:r>
                          </w:p>
                          <w:p xmlns:wp14="http://schemas.microsoft.com/office/word/2010/wordml" w:rsidRPr="003E35E1" w:rsidR="00BE6C21" w:rsidP="00C17883" w:rsidRDefault="00BE6C21" w14:paraId="24257428" wp14:textId="77777777">
                            <w:pPr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ONLINE- Supporting those affected by Substance Use- 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Thursday 18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 xml:space="preserve"> at 11:00am- ONLINE via TEAM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’</w:t>
                            </w:r>
                            <w:r w:rsidRPr="003E35E1">
                              <w:rPr>
                                <w:rFonts w:hAnsi="Cambria" w:eastAsia="Cambria" w:cs="Cambria"/>
                                <w:i/>
                                <w:iCs/>
                                <w:color w:val="000000"/>
                                <w:sz w:val="23"/>
                                <w:szCs w:val="23"/>
                              </w:rPr>
                              <w:t>s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p w:rsidR="043C976E" w:rsidP="6C3655A1" w:rsidRDefault="1F010008" w14:paraId="2403D1A5" w14:textId="77777777">
      <w:r w:rsidRPr="51FE5778">
        <w:rPr>
          <w:b/>
          <w:bCs/>
          <w:sz w:val="28"/>
          <w:szCs w:val="28"/>
        </w:rPr>
        <w:t xml:space="preserve"> </w:t>
      </w:r>
    </w:p>
    <w:p w:rsidR="043C976E" w:rsidP="6C3655A1" w:rsidRDefault="043C976E" w14:paraId="418E5ACB" w14:textId="77777777">
      <w:r w:rsidRPr="4347E50A">
        <w:rPr>
          <w:b/>
          <w:bCs/>
          <w:sz w:val="28"/>
          <w:szCs w:val="28"/>
        </w:rPr>
        <w:t>Online Resources</w:t>
      </w:r>
      <w:r w:rsidRPr="4347E50A">
        <w:t xml:space="preserve"> </w:t>
      </w:r>
      <w:r w:rsidRPr="4347E50A" w:rsidR="3BF3E9F4">
        <w:rPr>
          <w:rFonts w:ascii="Segoe UI Emoji" w:hAnsi="Segoe UI Emoji" w:eastAsia="Segoe UI Emoji" w:cs="Segoe UI Emoji"/>
        </w:rPr>
        <w:t>💻</w:t>
      </w:r>
    </w:p>
    <w:p w:rsidR="6C3655A1" w:rsidP="51FE5778" w:rsidRDefault="0BA389B6" w14:paraId="0D3DEBE6" w14:textId="77777777">
      <w:pPr>
        <w:rPr>
          <w:sz w:val="24"/>
          <w:szCs w:val="24"/>
        </w:rPr>
      </w:pPr>
      <w:r w:rsidRPr="51FE5778">
        <w:rPr>
          <w:sz w:val="24"/>
          <w:szCs w:val="24"/>
        </w:rPr>
        <w:t>Looking for reliable information, practical advice, or resources to support yourself, colleagues, or the people you work with? The Turning Point Resources and Advice page offers a wide range of free, easy-to-access guides covering topics including alcohol and drugs, mental wellbeing, stress management, smoking cessation, overdose awareness, harm reduction, and much more</w:t>
      </w:r>
    </w:p>
    <w:p w:rsidR="6C3655A1" w:rsidP="51FE5778" w:rsidRDefault="0BA389B6" w14:paraId="1B8F9B57" w14:textId="77777777">
      <w:hyperlink r:id="rId13">
        <w:r w:rsidRPr="4347E50A">
          <w:rPr>
            <w:rStyle w:val="Hyperlink"/>
            <w:sz w:val="24"/>
            <w:szCs w:val="24"/>
          </w:rPr>
          <w:t>Discover our free resources and advice | Turning Point</w:t>
        </w:r>
      </w:hyperlink>
    </w:p>
    <w:p w:rsidR="4347E50A" w:rsidP="4347E50A" w:rsidRDefault="4347E50A" w14:paraId="6F4728B4" w14:textId="77777777">
      <w:pPr>
        <w:rPr>
          <w:sz w:val="24"/>
          <w:szCs w:val="24"/>
        </w:rPr>
      </w:pPr>
    </w:p>
    <w:p w:rsidR="6C3655A1" w:rsidP="6C3655A1" w:rsidRDefault="1C93AB39" w14:paraId="17F161E7" w14:textId="77777777">
      <w:r w:rsidRPr="51FE5778">
        <w:rPr>
          <w:b/>
          <w:bCs/>
          <w:sz w:val="28"/>
          <w:szCs w:val="28"/>
        </w:rPr>
        <w:t xml:space="preserve">Training </w:t>
      </w:r>
      <w:proofErr w:type="gramStart"/>
      <w:r w:rsidRPr="51FE5778">
        <w:rPr>
          <w:b/>
          <w:bCs/>
          <w:sz w:val="28"/>
          <w:szCs w:val="28"/>
        </w:rPr>
        <w:t xml:space="preserve">Team </w:t>
      </w:r>
      <w:r w:rsidRPr="51FE5778" w:rsidR="361FE276">
        <w:rPr>
          <w:b/>
          <w:bCs/>
          <w:sz w:val="28"/>
          <w:szCs w:val="28"/>
        </w:rPr>
        <w:t>@</w:t>
      </w:r>
      <w:proofErr w:type="gramEnd"/>
      <w:r w:rsidRPr="51FE5778" w:rsidR="361FE276">
        <w:rPr>
          <w:b/>
          <w:bCs/>
          <w:sz w:val="28"/>
          <w:szCs w:val="28"/>
        </w:rPr>
        <w:t xml:space="preserve"> Turning Poin</w:t>
      </w:r>
      <w:r w:rsidRPr="51FE5778" w:rsidR="6200F3FE">
        <w:rPr>
          <w:b/>
          <w:bCs/>
          <w:sz w:val="28"/>
          <w:szCs w:val="28"/>
        </w:rPr>
        <w:t>t</w:t>
      </w:r>
      <w:r w:rsidRPr="51FE5778" w:rsidR="1DCDD127">
        <w:rPr>
          <w:b/>
          <w:bCs/>
          <w:sz w:val="28"/>
          <w:szCs w:val="28"/>
        </w:rPr>
        <w:t xml:space="preserve"> </w:t>
      </w:r>
    </w:p>
    <w:p w:rsidR="6C3655A1" w:rsidP="51FE5778" w:rsidRDefault="3BCB362D" w14:paraId="22458C99" w14:textId="77777777">
      <w:pPr>
        <w:rPr>
          <w:sz w:val="24"/>
          <w:szCs w:val="24"/>
        </w:rPr>
      </w:pPr>
      <w:r w:rsidRPr="51FE5778">
        <w:rPr>
          <w:sz w:val="24"/>
          <w:szCs w:val="24"/>
        </w:rPr>
        <w:t>Our Training Team is proud to deliver engaging Eventbrite training sessions for professionals across Suffolk, as well as a comprehensive programme of internal training.</w:t>
      </w:r>
    </w:p>
    <w:p w:rsidR="6C3655A1" w:rsidP="4347E50A" w:rsidRDefault="3BCB362D" w14:paraId="612F8D77" w14:textId="5962E23E">
      <w:pPr>
        <w:rPr>
          <w:sz w:val="24"/>
          <w:szCs w:val="24"/>
        </w:rPr>
      </w:pPr>
      <w:r w:rsidRPr="4347E50A">
        <w:rPr>
          <w:sz w:val="24"/>
          <w:szCs w:val="24"/>
        </w:rPr>
        <w:t>We welcome ideas for future training opportunities and are happy to discuss bespoke sessions designed to meet the specific needs of your organisation (subject to availability).</w:t>
      </w:r>
      <w:r w:rsidRPr="4347E50A" w:rsidR="0B268292">
        <w:rPr>
          <w:sz w:val="24"/>
          <w:szCs w:val="24"/>
        </w:rPr>
        <w:t xml:space="preserve"> </w:t>
      </w:r>
      <w:r w:rsidRPr="4347E50A">
        <w:rPr>
          <w:sz w:val="24"/>
          <w:szCs w:val="24"/>
        </w:rPr>
        <w:t>To find out more, please</w:t>
      </w:r>
      <w:r w:rsidR="00A03D6E">
        <w:rPr>
          <w:sz w:val="24"/>
          <w:szCs w:val="24"/>
        </w:rPr>
        <w:t xml:space="preserve"> </w:t>
      </w:r>
      <w:r w:rsidRPr="4347E50A">
        <w:rPr>
          <w:sz w:val="24"/>
          <w:szCs w:val="24"/>
        </w:rPr>
        <w:t>contact us using the email address below</w:t>
      </w:r>
      <w:r w:rsidRPr="4347E50A" w:rsidR="454E607B">
        <w:rPr>
          <w:sz w:val="24"/>
          <w:szCs w:val="24"/>
        </w:rPr>
        <w:t>.</w:t>
      </w:r>
      <w:r w:rsidRPr="4347E50A">
        <w:rPr>
          <w:sz w:val="24"/>
          <w:szCs w:val="24"/>
        </w:rPr>
        <w:t xml:space="preserve"> </w:t>
      </w:r>
      <w:hyperlink r:id="rId14">
        <w:r w:rsidRPr="4347E50A">
          <w:rPr>
            <w:rStyle w:val="Hyperlink"/>
            <w:sz w:val="24"/>
            <w:szCs w:val="24"/>
          </w:rPr>
          <w:t>suffolklearning@turning-point.co.uk</w:t>
        </w:r>
      </w:hyperlink>
    </w:p>
    <w:p w:rsidR="6C3655A1" w:rsidP="51FE5778" w:rsidRDefault="6C3655A1" w14:paraId="7852FDCC" w14:textId="77777777">
      <w:pPr>
        <w:pStyle w:val="NoSpacing"/>
        <w:rPr>
          <w:i/>
          <w:iCs/>
          <w:color w:val="000000" w:themeColor="text1"/>
          <w:lang w:val="en-GB"/>
        </w:rPr>
      </w:pPr>
    </w:p>
    <w:p w:rsidR="6C3655A1" w:rsidP="51FE5778" w:rsidRDefault="6C3655A1" w14:paraId="22DF66B5" w14:textId="77777777">
      <w:pPr>
        <w:pStyle w:val="NoSpacing"/>
        <w:rPr>
          <w:i/>
          <w:iCs/>
          <w:color w:val="000000" w:themeColor="text1"/>
          <w:lang w:val="en-GB"/>
        </w:rPr>
      </w:pPr>
    </w:p>
    <w:p w:rsidR="6C3655A1" w:rsidP="51FE5778" w:rsidRDefault="6C3655A1" w14:paraId="6F74014C" w14:textId="77777777">
      <w:pPr>
        <w:pStyle w:val="NoSpacing"/>
        <w:rPr>
          <w:i/>
          <w:iCs/>
          <w:color w:val="000000" w:themeColor="text1"/>
          <w:lang w:val="en-GB"/>
        </w:rPr>
      </w:pPr>
    </w:p>
    <w:p w:rsidR="6C3655A1" w:rsidP="51FE5778" w:rsidRDefault="6C3655A1" w14:paraId="5062AEC1" w14:textId="77777777">
      <w:pPr>
        <w:pStyle w:val="NoSpacing"/>
        <w:rPr>
          <w:b/>
          <w:bCs/>
          <w:i/>
          <w:iCs/>
          <w:color w:val="1F497D" w:themeColor="text2"/>
          <w:lang w:val="en-GB"/>
        </w:rPr>
      </w:pPr>
    </w:p>
    <w:p w:rsidR="6C3655A1" w:rsidP="51FE5778" w:rsidRDefault="6C3655A1" w14:paraId="74D6FC8D" w14:textId="77777777"/>
    <w:p w:rsidR="6C3655A1" w:rsidP="51FE5778" w:rsidRDefault="6C3655A1" w14:paraId="76A39046" w14:textId="77777777">
      <w:r>
        <w:rPr>
          <w:noProof/>
        </w:rPr>
        <mc:AlternateContent>
          <mc:Choice Requires="wpg">
            <w:drawing>
              <wp:inline distT="0" distB="0" distL="0" distR="0" wp14:anchorId="6104A4F5" wp14:editId="68D244F8">
                <wp:extent cx="2823845" cy="2496185"/>
                <wp:effectExtent l="0" t="0" r="14605" b="18415"/>
                <wp:docPr id="204221274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3845" cy="2496185"/>
                          <a:chOff x="0" y="0"/>
                          <a:chExt cx="3582035" cy="1760856"/>
                        </a:xfrm>
                      </wpg:grpSpPr>
                      <wps:wsp>
                        <wps:cNvPr id="995135410" name="Rectangle 995135410"/>
                        <wps:cNvSpPr/>
                        <wps:spPr>
                          <a:xfrm>
                            <a:off x="0" y="0"/>
                            <a:ext cx="3582035" cy="880428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txbx>
                          <w:txbxContent>
                            <w:p w:rsidR="0088380E" w:rsidP="0047320D" w:rsidRDefault="00000000" w14:paraId="6914D256" w14:textId="77777777">
                              <w:pPr>
                                <w:rPr>
                                  <w:rFonts w:ascii="Cambria" w:hAnsi="Cambria" w:eastAsia="Cambr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" w:hAnsi="Cambria" w:eastAsia="Cambria"/>
                                  <w:sz w:val="28"/>
                                  <w:szCs w:val="28"/>
                                </w:rPr>
                                <w:t xml:space="preserve">To unsubscribe from this mailing list please email </w:t>
                              </w:r>
                              <w:r>
                                <w:rPr>
                                  <w:rFonts w:ascii="Cambria" w:hAnsi="Cambria" w:eastAsia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>Bev.Jay@turning-point.co.uk</w:t>
                              </w:r>
                              <w:r>
                                <w:rPr>
                                  <w:rFonts w:ascii="Cambria" w:hAnsi="Cambria" w:eastAsia="Cambria"/>
                                  <w:sz w:val="28"/>
                                  <w:szCs w:val="28"/>
                                </w:rPr>
                                <w:t xml:space="preserve"> and ask to be removed. 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1902320639" name="Oval 1902320639"/>
                        <wps:cNvSpPr/>
                        <wps:spPr>
                          <a:xfrm>
                            <a:off x="2047102" y="1750883"/>
                            <a:ext cx="8900" cy="9973"/>
                          </a:xfrm>
                          <a:prstGeom prst="ellipse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 w14:anchorId="75EA4E1C">
              <v:group id="Group 1" style="width:222.35pt;height:196.55pt;mso-position-horizontal-relative:char;mso-position-vertical-relative:line" coordsize="35820,17608" o:spid="_x0000_s1027" w14:anchorId="6104A4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">
                <v:rect id="Rectangle 995135410" style="position:absolute;width:35820;height:8804;visibility:visible;mso-wrap-style:square;v-text-anchor:top" o:spid="_x0000_s1028" fillcolor="#f2dbdb [661]" strokecolor="#c0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">
                  <v:textbox>
                    <w:txbxContent>
                      <w:p w:rsidP="0047320D" w:rsidRDefault="00000000" w14:paraId="132ABA67" w14:textId="77777777">
                        <w:pPr>
                          <w:rPr>
                            <w:rFonts w:ascii="Cambria" w:hAnsi="Cambria" w:eastAsia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eastAsia="Cambria"/>
                            <w:sz w:val="28"/>
                            <w:szCs w:val="28"/>
                          </w:rPr>
                          <w:t xml:space="preserve">To unsubscribe from this mailing list please email </w:t>
                        </w:r>
                        <w:r>
                          <w:rPr>
                            <w:rFonts w:ascii="Cambria" w:hAnsi="Cambria" w:eastAsia="Cambria"/>
                            <w:b/>
                            <w:bCs/>
                            <w:sz w:val="28"/>
                            <w:szCs w:val="28"/>
                          </w:rPr>
                          <w:t>Bev.Jay@turning-point.co.uk</w:t>
                        </w:r>
                        <w:r>
                          <w:rPr>
                            <w:rFonts w:ascii="Cambria" w:hAnsi="Cambria" w:eastAsia="Cambria"/>
                            <w:sz w:val="28"/>
                            <w:szCs w:val="28"/>
                          </w:rPr>
                          <w:t xml:space="preserve"> and ask to be removed. </w:t>
                        </w:r>
                      </w:p>
                    </w:txbxContent>
                  </v:textbox>
                </v:rect>
                <v:oval id="Oval 1902320639" style="position:absolute;left:20471;top:17508;width:89;height:100;visibility:visible;mso-wrap-style:square;v-text-anchor:middle" o:spid="_x0000_s1029" fillcolor="#4f81bd [3204]" strokecolor="#243f60 [1604]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"/>
                <w10:anchorlock/>
              </v:group>
            </w:pict>
          </mc:Fallback>
        </mc:AlternateContent>
      </w:r>
    </w:p>
    <w:p w:rsidR="077F496E" w:rsidP="340AB38D" w:rsidRDefault="077F496E" w14:paraId="37919C90" w14:textId="6D731C93">
      <w:pPr>
        <w:pStyle w:val="Normal"/>
        <w:rPr>
          <w:rFonts w:ascii="Cambria" w:hAnsi="Cambria" w:eastAsia="Cambria" w:cs="Cambria"/>
          <w:b w:val="1"/>
          <w:bCs w:val="1"/>
          <w:noProof w:val="0"/>
          <w:sz w:val="24"/>
          <w:szCs w:val="24"/>
          <w:lang w:val="en-US"/>
        </w:rPr>
      </w:pPr>
      <w:r w:rsidRPr="340AB38D" w:rsidR="077F496E">
        <w:rPr>
          <w:rFonts w:ascii="Segoe UI Emoji" w:hAnsi="Segoe UI Emoji" w:eastAsia="Segoe UI Emoji" w:cs="Segoe UI Emoji"/>
          <w:b w:val="1"/>
          <w:bCs w:val="1"/>
          <w:noProof w:val="0"/>
          <w:sz w:val="24"/>
          <w:szCs w:val="24"/>
          <w:lang w:val="en-US"/>
        </w:rPr>
        <w:t>👋</w:t>
      </w:r>
      <w:r w:rsidRPr="340AB38D" w:rsidR="077F496E">
        <w:rPr>
          <w:rFonts w:ascii="Cambria" w:hAnsi="Cambria" w:eastAsia="Cambria" w:cs="Cambria"/>
          <w:b w:val="1"/>
          <w:bCs w:val="1"/>
          <w:noProof w:val="0"/>
          <w:sz w:val="24"/>
          <w:szCs w:val="24"/>
          <w:lang w:val="en-US"/>
        </w:rPr>
        <w:t>Welcome, Lauren!</w:t>
      </w:r>
    </w:p>
    <w:p w:rsidR="077F496E" w:rsidP="5985965E" w:rsidRDefault="077F496E" w14:paraId="2F1812AA" w14:textId="15881C60">
      <w:pPr>
        <w:pStyle w:val="Normal"/>
        <w:rPr>
          <w:rFonts w:ascii="Cambria" w:hAnsi="Cambria" w:eastAsia="Cambria" w:cs="Cambria"/>
          <w:noProof w:val="0"/>
          <w:sz w:val="24"/>
          <w:szCs w:val="24"/>
          <w:lang w:val="en-US"/>
        </w:rPr>
      </w:pPr>
      <w:r w:rsidRPr="5985965E" w:rsidR="077F496E">
        <w:rPr>
          <w:rFonts w:ascii="Cambria" w:hAnsi="Cambria" w:eastAsia="Cambria" w:cs="Cambria"/>
          <w:noProof w:val="0"/>
          <w:sz w:val="24"/>
          <w:szCs w:val="24"/>
          <w:lang w:val="en-US"/>
        </w:rPr>
        <w:t>This month we have had the pleasure of Lauren joining the team</w:t>
      </w:r>
      <w:r w:rsidRPr="5985965E" w:rsidR="077F496E">
        <w:rPr>
          <w:rFonts w:ascii="Cambria" w:hAnsi="Cambria" w:eastAsia="Cambria" w:cs="Cambria"/>
          <w:noProof w:val="0"/>
          <w:sz w:val="24"/>
          <w:szCs w:val="24"/>
          <w:lang w:val="en-US"/>
        </w:rPr>
        <w:t xml:space="preserve">.  </w:t>
      </w:r>
      <w:r w:rsidRPr="5985965E" w:rsidR="077F496E">
        <w:rPr>
          <w:rFonts w:ascii="Cambria" w:hAnsi="Cambria" w:eastAsia="Cambria" w:cs="Cambria"/>
          <w:noProof w:val="0"/>
          <w:sz w:val="24"/>
          <w:szCs w:val="24"/>
          <w:lang w:val="en-US"/>
        </w:rPr>
        <w:t xml:space="preserve">Lauren has a wealth of </w:t>
      </w:r>
      <w:r w:rsidRPr="5985965E" w:rsidR="077F496E">
        <w:rPr>
          <w:rFonts w:ascii="Cambria" w:hAnsi="Cambria" w:eastAsia="Cambria" w:cs="Cambria"/>
          <w:noProof w:val="0"/>
          <w:sz w:val="24"/>
          <w:szCs w:val="24"/>
          <w:lang w:val="en-US"/>
        </w:rPr>
        <w:t>experience</w:t>
      </w:r>
      <w:r w:rsidRPr="5985965E" w:rsidR="077F496E">
        <w:rPr>
          <w:rFonts w:ascii="Cambria" w:hAnsi="Cambria" w:eastAsia="Cambria" w:cs="Cambria"/>
          <w:noProof w:val="0"/>
          <w:sz w:val="24"/>
          <w:szCs w:val="24"/>
          <w:lang w:val="en-US"/>
        </w:rPr>
        <w:t xml:space="preserve"> from her role as Advanced Alcohol Practitioner and is a real asset to the training team.   </w:t>
      </w:r>
    </w:p>
    <w:p w:rsidR="5985965E" w:rsidRDefault="5985965E" w14:paraId="43E0C478" w14:textId="54ED4824"/>
    <w:p w:rsidR="5985965E" w:rsidRDefault="5985965E" w14:paraId="288FB372" w14:textId="7E5D8F9A"/>
    <w:p w:rsidR="5985965E" w:rsidRDefault="5985965E" w14:paraId="2780B564" w14:textId="2A0D88DA"/>
    <w:p w:rsidR="6C3655A1" w:rsidP="6C3655A1" w:rsidRDefault="39CDB5C9" w14:paraId="7BE2D2B9" w14:textId="77777777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93FDB4D" wp14:editId="1F4BF7C5">
            <wp:extent cx="2971800" cy="1838325"/>
            <wp:effectExtent l="0" t="0" r="0" b="0"/>
            <wp:docPr id="142554908" name="drawing" descr="Lessons From Thank Usa Festival Pictures Jazz Transparent HQ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4908" name="Picture 14255490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C3655A1" w:rsidP="6C3655A1" w:rsidRDefault="6C3655A1" w14:paraId="47BB08CE" w14:textId="77777777">
      <w:pPr>
        <w:sectPr w:rsidR="6C3655A1" w:rsidSect="00487B44"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orient="portrait"/>
          <w:pgMar w:top="1440" w:right="1080" w:bottom="1440" w:left="1080" w:header="720" w:footer="720" w:gutter="0"/>
          <w:pgBorders w:offsetFrom="page">
            <w:top w:val="double" w:color="C00000" w:sz="24" w:space="24"/>
            <w:left w:val="double" w:color="C00000" w:sz="24" w:space="24"/>
            <w:bottom w:val="double" w:color="C00000" w:sz="24" w:space="24"/>
            <w:right w:val="double" w:color="C00000" w:sz="24" w:space="24"/>
          </w:pgBorders>
          <w:cols w:space="720" w:num="2"/>
          <w:docGrid w:linePitch="360"/>
        </w:sectPr>
      </w:pPr>
    </w:p>
    <w:p w:rsidR="006B1714" w:rsidP="51FE5778" w:rsidRDefault="006B1714" w14:paraId="6D4D9B94" w14:textId="77777777">
      <w:pPr>
        <w:pStyle w:val="paragraph"/>
        <w:spacing w:before="0" w:beforeAutospacing="0" w:after="0" w:afterAutospacing="0"/>
        <w:rPr>
          <w:sz w:val="28"/>
          <w:szCs w:val="28"/>
        </w:rPr>
        <w:sectPr w:rsidR="006B1714">
          <w:headerReference w:type="default" r:id="rId20"/>
          <w:type w:val="continuous"/>
          <w:pgSz w:w="12240" w:h="15840" w:orient="portrait"/>
          <w:pgMar w:top="1008" w:right="1800" w:bottom="1008" w:left="1800" w:header="720" w:footer="720" w:gutter="0"/>
          <w:pgBorders w:offsetFrom="page">
            <w:top w:val="double" w:color="C00000" w:sz="24" w:space="24"/>
            <w:left w:val="double" w:color="C00000" w:sz="24" w:space="24"/>
            <w:bottom w:val="double" w:color="C00000" w:sz="24" w:space="24"/>
            <w:right w:val="double" w:color="C00000" w:sz="24" w:space="24"/>
          </w:pgBorders>
          <w:cols w:space="720" w:num="2"/>
          <w:docGrid w:linePitch="360"/>
        </w:sectPr>
      </w:pPr>
    </w:p>
    <w:p w:rsidR="51FE5778" w:rsidP="51FE5778" w:rsidRDefault="51FE5778" w14:paraId="55566750" w14:textId="77777777">
      <w:pPr>
        <w:pStyle w:val="ListBullet"/>
        <w:numPr>
          <w:ilvl w:val="0"/>
          <w:numId w:val="0"/>
        </w:numPr>
      </w:pPr>
    </w:p>
    <w:sectPr w:rsidR="51FE5778" w:rsidSect="00034616">
      <w:headerReference w:type="default" r:id="rId21"/>
      <w:type w:val="continuous"/>
      <w:pgSz w:w="12240" w:h="15840" w:orient="portrait"/>
      <w:pgMar w:top="1008" w:right="1800" w:bottom="1008" w:left="1800" w:header="720" w:footer="720" w:gutter="0"/>
      <w:pgBorders w:offsetFrom="page">
        <w:top w:val="double" w:color="C00000" w:sz="24" w:space="24"/>
        <w:left w:val="double" w:color="C00000" w:sz="24" w:space="24"/>
        <w:bottom w:val="double" w:color="C00000" w:sz="24" w:space="24"/>
        <w:right w:val="double" w:color="C00000" w:sz="24" w:space="24"/>
      </w:pgBorders>
      <w:cols w:space="720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42BF" w:rsidP="007927F6" w:rsidRDefault="001542BF" w14:paraId="1580DA84" w14:textId="77777777">
      <w:pPr>
        <w:spacing w:after="0" w:line="240" w:lineRule="auto"/>
      </w:pPr>
      <w:r>
        <w:separator/>
      </w:r>
    </w:p>
  </w:endnote>
  <w:endnote w:type="continuationSeparator" w:id="0">
    <w:p w:rsidR="001542BF" w:rsidP="007927F6" w:rsidRDefault="001542BF" w14:paraId="6FFBB5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B197F" w:rsidRDefault="00DB197F" w14:paraId="1661484A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10AA4E" wp14:editId="637E59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52145" cy="368935"/>
              <wp:effectExtent l="0" t="0" r="14605" b="0"/>
              <wp:wrapNone/>
              <wp:docPr id="216070422" name="Text Box 3" descr="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21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B197F" w:rsidR="00DB197F" w:rsidP="00DB197F" w:rsidRDefault="00DB197F" w14:paraId="66778E24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DB197F"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D6AA9BF">
            <v:shapetype id="_x0000_t202" coordsize="21600,21600" o:spt="202" path="m,l,21600r21600,l21600,xe" w14:anchorId="7310AA4E">
              <v:stroke joinstyle="miter"/>
              <v:path gradientshapeok="t" o:connecttype="rect"/>
            </v:shapetype>
            <v:shape id="Text Box 3" style="position:absolute;margin-left:0;margin-top:0;width:51.3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GREEN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">
              <v:textbox style="mso-fit-shape-to-text:t" inset="20pt,0,0,15pt">
                <w:txbxContent>
                  <w:p w:rsidRPr="00DB197F" w:rsidR="00DB197F" w:rsidP="00DB197F" w:rsidRDefault="00DB197F" w14:paraId="7FC20BDA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DB197F"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  <w:t>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B197F" w:rsidRDefault="00DB197F" w14:paraId="185878AE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537004" wp14:editId="599A1986">
              <wp:simplePos x="1143000" y="9437914"/>
              <wp:positionH relativeFrom="page">
                <wp:align>left</wp:align>
              </wp:positionH>
              <wp:positionV relativeFrom="page">
                <wp:align>bottom</wp:align>
              </wp:positionV>
              <wp:extent cx="652145" cy="368935"/>
              <wp:effectExtent l="0" t="0" r="14605" b="0"/>
              <wp:wrapNone/>
              <wp:docPr id="10737587" name="Text Box 4" descr="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21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B197F" w:rsidR="00DB197F" w:rsidP="00DB197F" w:rsidRDefault="00DB197F" w14:paraId="51E6B3F4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DB197F"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36868ED">
            <v:shapetype id="_x0000_t202" coordsize="21600,21600" o:spt="202" path="m,l,21600r21600,l21600,xe" w14:anchorId="0D537004">
              <v:stroke joinstyle="miter"/>
              <v:path gradientshapeok="t" o:connecttype="rect"/>
            </v:shapetype>
            <v:shape id="Text Box 4" style="position:absolute;margin-left:0;margin-top:0;width:51.3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GREEN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">
              <v:textbox style="mso-fit-shape-to-text:t" inset="20pt,0,0,15pt">
                <w:txbxContent>
                  <w:p w:rsidRPr="00DB197F" w:rsidR="00DB197F" w:rsidP="00DB197F" w:rsidRDefault="00DB197F" w14:paraId="564278FA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DB197F"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  <w:t>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B197F" w:rsidRDefault="00DB197F" w14:paraId="3391EADD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7583DA" wp14:editId="44ED788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52145" cy="368935"/>
              <wp:effectExtent l="0" t="0" r="14605" b="0"/>
              <wp:wrapNone/>
              <wp:docPr id="1842885195" name="Text Box 2" descr="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21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B197F" w:rsidR="00DB197F" w:rsidP="00DB197F" w:rsidRDefault="00DB197F" w14:paraId="7FF2C386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DB197F"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C20497E">
            <v:shapetype id="_x0000_t202" coordsize="21600,21600" o:spt="202" path="m,l,21600r21600,l21600,xe" w14:anchorId="217583DA">
              <v:stroke joinstyle="miter"/>
              <v:path gradientshapeok="t" o:connecttype="rect"/>
            </v:shapetype>
            <v:shape id="Text Box 2" style="position:absolute;margin-left:0;margin-top:0;width:51.35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GREEN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">
              <v:textbox style="mso-fit-shape-to-text:t" inset="20pt,0,0,15pt">
                <w:txbxContent>
                  <w:p w:rsidRPr="00DB197F" w:rsidR="00DB197F" w:rsidP="00DB197F" w:rsidRDefault="00DB197F" w14:paraId="694D33BD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DB197F"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  <w:t>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42BF" w:rsidP="007927F6" w:rsidRDefault="001542BF" w14:paraId="5ED581EF" w14:textId="77777777">
      <w:pPr>
        <w:spacing w:after="0" w:line="240" w:lineRule="auto"/>
      </w:pPr>
      <w:r>
        <w:separator/>
      </w:r>
    </w:p>
  </w:footnote>
  <w:footnote w:type="continuationSeparator" w:id="0">
    <w:p w:rsidR="001542BF" w:rsidP="007927F6" w:rsidRDefault="001542BF" w14:paraId="0DF4682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7"/>
      <w:gridCol w:w="4170"/>
      <w:gridCol w:w="2543"/>
    </w:tblGrid>
    <w:tr w:rsidR="49CA5019" w:rsidTr="49CA5019" w14:paraId="654A637D" w14:textId="77777777">
      <w:trPr>
        <w:trHeight w:val="300"/>
      </w:trPr>
      <w:tc>
        <w:tcPr>
          <w:tcW w:w="3367" w:type="dxa"/>
        </w:tcPr>
        <w:p w:rsidR="49CA5019" w:rsidP="49CA5019" w:rsidRDefault="49CA5019" w14:paraId="060EFE0B" w14:textId="77777777">
          <w:pPr>
            <w:pStyle w:val="Header"/>
            <w:ind w:left="-115"/>
          </w:pPr>
        </w:p>
      </w:tc>
      <w:tc>
        <w:tcPr>
          <w:tcW w:w="4170" w:type="dxa"/>
        </w:tcPr>
        <w:p w:rsidR="49CA5019" w:rsidP="49CA5019" w:rsidRDefault="49CA5019" w14:paraId="0834A698" w14:textId="7777777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30E4E13A" wp14:editId="222965EA">
                <wp:extent cx="2407453" cy="699362"/>
                <wp:effectExtent l="0" t="0" r="0" b="0"/>
                <wp:docPr id="89343656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6435264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7453" cy="6993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43" w:type="dxa"/>
        </w:tcPr>
        <w:p w:rsidR="49CA5019" w:rsidP="49CA5019" w:rsidRDefault="49CA5019" w14:paraId="66E7CA57" w14:textId="77777777">
          <w:pPr>
            <w:pStyle w:val="Header"/>
            <w:ind w:right="-115"/>
            <w:jc w:val="right"/>
          </w:pPr>
        </w:p>
      </w:tc>
    </w:tr>
  </w:tbl>
  <w:p w:rsidR="49CA5019" w:rsidP="49CA5019" w:rsidRDefault="49CA5019" w14:paraId="71D7A4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49CA5019" w:rsidTr="49CA5019" w14:paraId="505DD0A8" w14:textId="77777777">
      <w:trPr>
        <w:trHeight w:val="300"/>
      </w:trPr>
      <w:tc>
        <w:tcPr>
          <w:tcW w:w="2880" w:type="dxa"/>
        </w:tcPr>
        <w:p w:rsidR="49CA5019" w:rsidP="49CA5019" w:rsidRDefault="49CA5019" w14:paraId="19DEFB33" w14:textId="77777777">
          <w:pPr>
            <w:pStyle w:val="Header"/>
            <w:ind w:left="-115"/>
          </w:pPr>
        </w:p>
      </w:tc>
      <w:tc>
        <w:tcPr>
          <w:tcW w:w="2880" w:type="dxa"/>
        </w:tcPr>
        <w:p w:rsidR="49CA5019" w:rsidP="49CA5019" w:rsidRDefault="49CA5019" w14:paraId="1A578236" w14:textId="7777777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2571A4A" wp14:editId="7775CBF8">
                <wp:extent cx="1682039" cy="581535"/>
                <wp:effectExtent l="0" t="0" r="0" b="0"/>
                <wp:docPr id="2871246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6435264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2039" cy="58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</w:tcPr>
        <w:p w:rsidR="49CA5019" w:rsidP="49CA5019" w:rsidRDefault="49CA5019" w14:paraId="2A2B0B50" w14:textId="77777777">
          <w:pPr>
            <w:pStyle w:val="Header"/>
            <w:ind w:right="-115"/>
            <w:jc w:val="right"/>
          </w:pPr>
        </w:p>
      </w:tc>
    </w:tr>
  </w:tbl>
  <w:p w:rsidR="49CA5019" w:rsidP="49CA5019" w:rsidRDefault="49CA5019" w14:paraId="3A1A99A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49CA5019" w:rsidTr="49CA5019" w14:paraId="5021F0DD" w14:textId="77777777">
      <w:trPr>
        <w:trHeight w:val="300"/>
      </w:trPr>
      <w:tc>
        <w:tcPr>
          <w:tcW w:w="2880" w:type="dxa"/>
        </w:tcPr>
        <w:p w:rsidR="49CA5019" w:rsidP="49CA5019" w:rsidRDefault="49CA5019" w14:paraId="71A5F2EA" w14:textId="77777777">
          <w:pPr>
            <w:pStyle w:val="Header"/>
            <w:ind w:left="-115"/>
          </w:pPr>
        </w:p>
      </w:tc>
      <w:tc>
        <w:tcPr>
          <w:tcW w:w="2880" w:type="dxa"/>
        </w:tcPr>
        <w:p w:rsidR="49CA5019" w:rsidP="49CA5019" w:rsidRDefault="49CA5019" w14:paraId="0664FD76" w14:textId="77777777">
          <w:pPr>
            <w:pStyle w:val="Header"/>
            <w:jc w:val="center"/>
          </w:pPr>
        </w:p>
      </w:tc>
      <w:tc>
        <w:tcPr>
          <w:tcW w:w="2880" w:type="dxa"/>
        </w:tcPr>
        <w:p w:rsidR="49CA5019" w:rsidP="49CA5019" w:rsidRDefault="49CA5019" w14:paraId="6B5C547B" w14:textId="77777777">
          <w:pPr>
            <w:pStyle w:val="Header"/>
            <w:ind w:right="-115"/>
            <w:jc w:val="right"/>
          </w:pPr>
        </w:p>
      </w:tc>
    </w:tr>
  </w:tbl>
  <w:p w:rsidR="49CA5019" w:rsidP="49CA5019" w:rsidRDefault="49CA5019" w14:paraId="412223A1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8UUdXdlt6RIo" int2:id="JgJjTWEs">
      <int2:state int2:value="Rejected" int2:type="spell"/>
    </int2:textHash>
    <int2:textHash int2:hashCode="OrtZNwJC/JiGrS" int2:id="MqpVEo81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224A279"/>
    <w:multiLevelType w:val="hybridMultilevel"/>
    <w:tmpl w:val="55A892F8"/>
    <w:lvl w:ilvl="0" w:tplc="C9B0E3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1273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26B7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FEDE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566E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E018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C22F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0EB3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9CD5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FF2C19"/>
    <w:multiLevelType w:val="hybridMultilevel"/>
    <w:tmpl w:val="B2F274D6"/>
    <w:lvl w:ilvl="0" w:tplc="9FA02E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18ED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7E7A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08BC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B458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D4C1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C204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DE33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6CFF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6717BB"/>
    <w:multiLevelType w:val="hybridMultilevel"/>
    <w:tmpl w:val="1332E44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315E1272"/>
    <w:multiLevelType w:val="multilevel"/>
    <w:tmpl w:val="809A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3C361A64"/>
    <w:multiLevelType w:val="hybridMultilevel"/>
    <w:tmpl w:val="12E8D134"/>
    <w:lvl w:ilvl="0" w:tplc="778C96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F461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2EBC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86F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3E71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A083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945D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C683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447E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4DD0C28"/>
    <w:multiLevelType w:val="hybridMultilevel"/>
    <w:tmpl w:val="3DB255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E006C7B"/>
    <w:multiLevelType w:val="multilevel"/>
    <w:tmpl w:val="05E0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59F5308"/>
    <w:multiLevelType w:val="hybridMultilevel"/>
    <w:tmpl w:val="4DC260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6D5B2ED"/>
    <w:multiLevelType w:val="hybridMultilevel"/>
    <w:tmpl w:val="117E882C"/>
    <w:lvl w:ilvl="0" w:tplc="A5E6E1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BF628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BA70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3EDD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64A56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7687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3078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26D5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BAEB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A3A10C0"/>
    <w:multiLevelType w:val="hybridMultilevel"/>
    <w:tmpl w:val="748465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A0F6D1F"/>
    <w:multiLevelType w:val="hybridMultilevel"/>
    <w:tmpl w:val="0A86F6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AF7703F"/>
    <w:multiLevelType w:val="hybridMultilevel"/>
    <w:tmpl w:val="52DAF66C"/>
    <w:lvl w:ilvl="0" w:tplc="264692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0693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5661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183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BAE6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BCBB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60DE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5AF8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340F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C371326"/>
    <w:multiLevelType w:val="hybridMultilevel"/>
    <w:tmpl w:val="BF5E0150"/>
    <w:lvl w:ilvl="0" w:tplc="B63CA7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42E2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6A97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E8A7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92C2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CC6A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B80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5412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DC26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D4E9919"/>
    <w:multiLevelType w:val="hybridMultilevel"/>
    <w:tmpl w:val="23807022"/>
    <w:lvl w:ilvl="0" w:tplc="3184E3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465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F062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22CD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1A4F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F0D0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A045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94F7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BAC4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70522267">
    <w:abstractNumId w:val="21"/>
  </w:num>
  <w:num w:numId="2" w16cid:durableId="627667515">
    <w:abstractNumId w:val="22"/>
  </w:num>
  <w:num w:numId="3" w16cid:durableId="1436708195">
    <w:abstractNumId w:val="13"/>
  </w:num>
  <w:num w:numId="4" w16cid:durableId="207425300">
    <w:abstractNumId w:val="10"/>
  </w:num>
  <w:num w:numId="5" w16cid:durableId="1601446593">
    <w:abstractNumId w:val="9"/>
  </w:num>
  <w:num w:numId="6" w16cid:durableId="1817334786">
    <w:abstractNumId w:val="20"/>
  </w:num>
  <w:num w:numId="7" w16cid:durableId="345181194">
    <w:abstractNumId w:val="17"/>
  </w:num>
  <w:num w:numId="8" w16cid:durableId="768356623">
    <w:abstractNumId w:val="8"/>
  </w:num>
  <w:num w:numId="9" w16cid:durableId="1457792874">
    <w:abstractNumId w:val="6"/>
  </w:num>
  <w:num w:numId="10" w16cid:durableId="1513647694">
    <w:abstractNumId w:val="5"/>
  </w:num>
  <w:num w:numId="11" w16cid:durableId="386613961">
    <w:abstractNumId w:val="4"/>
  </w:num>
  <w:num w:numId="12" w16cid:durableId="872310659">
    <w:abstractNumId w:val="7"/>
  </w:num>
  <w:num w:numId="13" w16cid:durableId="781454842">
    <w:abstractNumId w:val="3"/>
  </w:num>
  <w:num w:numId="14" w16cid:durableId="1339695164">
    <w:abstractNumId w:val="2"/>
  </w:num>
  <w:num w:numId="15" w16cid:durableId="1025252296">
    <w:abstractNumId w:val="1"/>
  </w:num>
  <w:num w:numId="16" w16cid:durableId="1726097164">
    <w:abstractNumId w:val="0"/>
  </w:num>
  <w:num w:numId="17" w16cid:durableId="1397892490">
    <w:abstractNumId w:val="16"/>
  </w:num>
  <w:num w:numId="18" w16cid:durableId="274017491">
    <w:abstractNumId w:val="14"/>
  </w:num>
  <w:num w:numId="19" w16cid:durableId="777602157">
    <w:abstractNumId w:val="12"/>
  </w:num>
  <w:num w:numId="20" w16cid:durableId="767628301">
    <w:abstractNumId w:val="15"/>
  </w:num>
  <w:num w:numId="21" w16cid:durableId="1561482453">
    <w:abstractNumId w:val="11"/>
  </w:num>
  <w:num w:numId="22" w16cid:durableId="644361375">
    <w:abstractNumId w:val="19"/>
  </w:num>
  <w:num w:numId="23" w16cid:durableId="1146510417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0D57BB"/>
    <w:rsid w:val="0015074B"/>
    <w:rsid w:val="00150EB9"/>
    <w:rsid w:val="001542BF"/>
    <w:rsid w:val="001625D9"/>
    <w:rsid w:val="00171880"/>
    <w:rsid w:val="001A322A"/>
    <w:rsid w:val="001F5C6F"/>
    <w:rsid w:val="00210647"/>
    <w:rsid w:val="00212408"/>
    <w:rsid w:val="00283CA2"/>
    <w:rsid w:val="00295895"/>
    <w:rsid w:val="0029639D"/>
    <w:rsid w:val="002C65C9"/>
    <w:rsid w:val="00326F90"/>
    <w:rsid w:val="003834A3"/>
    <w:rsid w:val="003914AF"/>
    <w:rsid w:val="003E35E1"/>
    <w:rsid w:val="00487B44"/>
    <w:rsid w:val="004C3A2F"/>
    <w:rsid w:val="004D7195"/>
    <w:rsid w:val="005522BF"/>
    <w:rsid w:val="00611F72"/>
    <w:rsid w:val="00644414"/>
    <w:rsid w:val="00661A30"/>
    <w:rsid w:val="006B1714"/>
    <w:rsid w:val="007067F7"/>
    <w:rsid w:val="007813AE"/>
    <w:rsid w:val="007927F6"/>
    <w:rsid w:val="0088380E"/>
    <w:rsid w:val="00894A74"/>
    <w:rsid w:val="008A2B3F"/>
    <w:rsid w:val="0090193D"/>
    <w:rsid w:val="0093444D"/>
    <w:rsid w:val="00972244"/>
    <w:rsid w:val="00986DA9"/>
    <w:rsid w:val="00997971"/>
    <w:rsid w:val="00A03D6E"/>
    <w:rsid w:val="00A359EA"/>
    <w:rsid w:val="00AA1D8D"/>
    <w:rsid w:val="00AB2607"/>
    <w:rsid w:val="00B47730"/>
    <w:rsid w:val="00CB0664"/>
    <w:rsid w:val="00CF0E95"/>
    <w:rsid w:val="00CF22F9"/>
    <w:rsid w:val="00D673A1"/>
    <w:rsid w:val="00DB12F9"/>
    <w:rsid w:val="00DB197F"/>
    <w:rsid w:val="00E30BD9"/>
    <w:rsid w:val="00E368AE"/>
    <w:rsid w:val="00E420BD"/>
    <w:rsid w:val="00E95198"/>
    <w:rsid w:val="00EA4A82"/>
    <w:rsid w:val="00FC693F"/>
    <w:rsid w:val="0191817D"/>
    <w:rsid w:val="01BA7AE4"/>
    <w:rsid w:val="02555294"/>
    <w:rsid w:val="02708D42"/>
    <w:rsid w:val="02CFC9E9"/>
    <w:rsid w:val="031DA272"/>
    <w:rsid w:val="0375860A"/>
    <w:rsid w:val="039A0346"/>
    <w:rsid w:val="039D157D"/>
    <w:rsid w:val="043C976E"/>
    <w:rsid w:val="04521DF0"/>
    <w:rsid w:val="0482B680"/>
    <w:rsid w:val="0497EB61"/>
    <w:rsid w:val="04D8FCB4"/>
    <w:rsid w:val="059232EF"/>
    <w:rsid w:val="0596C456"/>
    <w:rsid w:val="05C34023"/>
    <w:rsid w:val="0611C397"/>
    <w:rsid w:val="0649F156"/>
    <w:rsid w:val="0697B64A"/>
    <w:rsid w:val="06C21C9D"/>
    <w:rsid w:val="0738FCD5"/>
    <w:rsid w:val="077F496E"/>
    <w:rsid w:val="085845EB"/>
    <w:rsid w:val="08BC9F1B"/>
    <w:rsid w:val="08ED61CE"/>
    <w:rsid w:val="09526971"/>
    <w:rsid w:val="09AF4DE5"/>
    <w:rsid w:val="0B268292"/>
    <w:rsid w:val="0B390625"/>
    <w:rsid w:val="0BA389B6"/>
    <w:rsid w:val="0CA7E744"/>
    <w:rsid w:val="0CDC7B64"/>
    <w:rsid w:val="0D41FCC9"/>
    <w:rsid w:val="0E40174C"/>
    <w:rsid w:val="0EAC0606"/>
    <w:rsid w:val="0FC6EF54"/>
    <w:rsid w:val="10046D44"/>
    <w:rsid w:val="100B84D0"/>
    <w:rsid w:val="10358061"/>
    <w:rsid w:val="10390816"/>
    <w:rsid w:val="10690872"/>
    <w:rsid w:val="11164067"/>
    <w:rsid w:val="11F8DEBF"/>
    <w:rsid w:val="129A4C9C"/>
    <w:rsid w:val="12B09271"/>
    <w:rsid w:val="12B2F6F7"/>
    <w:rsid w:val="12D4900D"/>
    <w:rsid w:val="135452A2"/>
    <w:rsid w:val="14123461"/>
    <w:rsid w:val="14B40BED"/>
    <w:rsid w:val="14C2DB31"/>
    <w:rsid w:val="16C8CA7C"/>
    <w:rsid w:val="17650027"/>
    <w:rsid w:val="18AC8B93"/>
    <w:rsid w:val="18B0E4E8"/>
    <w:rsid w:val="1986CDC6"/>
    <w:rsid w:val="19F5081C"/>
    <w:rsid w:val="1AA5E35B"/>
    <w:rsid w:val="1AAF0A7D"/>
    <w:rsid w:val="1C93AB39"/>
    <w:rsid w:val="1DCDD127"/>
    <w:rsid w:val="1ECA1CE3"/>
    <w:rsid w:val="1F010008"/>
    <w:rsid w:val="1F1C3B72"/>
    <w:rsid w:val="1FC517C7"/>
    <w:rsid w:val="20619E27"/>
    <w:rsid w:val="207EEF01"/>
    <w:rsid w:val="21E44CEE"/>
    <w:rsid w:val="2276BF13"/>
    <w:rsid w:val="229FAF46"/>
    <w:rsid w:val="23051492"/>
    <w:rsid w:val="230D2D49"/>
    <w:rsid w:val="24830E7C"/>
    <w:rsid w:val="250A4F5B"/>
    <w:rsid w:val="25414F30"/>
    <w:rsid w:val="258410F2"/>
    <w:rsid w:val="26199C35"/>
    <w:rsid w:val="26F0BF37"/>
    <w:rsid w:val="27125B36"/>
    <w:rsid w:val="27B9238A"/>
    <w:rsid w:val="28047FE6"/>
    <w:rsid w:val="291FB8A5"/>
    <w:rsid w:val="29CEF683"/>
    <w:rsid w:val="2A58074E"/>
    <w:rsid w:val="2A5FC92D"/>
    <w:rsid w:val="2AE29EF2"/>
    <w:rsid w:val="2BF9B8DE"/>
    <w:rsid w:val="2C62A799"/>
    <w:rsid w:val="2CC8763F"/>
    <w:rsid w:val="2D0C6D94"/>
    <w:rsid w:val="2D287EC3"/>
    <w:rsid w:val="2E2CB535"/>
    <w:rsid w:val="2E5E105C"/>
    <w:rsid w:val="2E76C19B"/>
    <w:rsid w:val="2F39F7D7"/>
    <w:rsid w:val="3042A075"/>
    <w:rsid w:val="30753852"/>
    <w:rsid w:val="31BA844D"/>
    <w:rsid w:val="31FC0C21"/>
    <w:rsid w:val="335B0EA9"/>
    <w:rsid w:val="3370CE69"/>
    <w:rsid w:val="33DCD047"/>
    <w:rsid w:val="33EB941A"/>
    <w:rsid w:val="34077B6B"/>
    <w:rsid w:val="340AB38D"/>
    <w:rsid w:val="342E13BF"/>
    <w:rsid w:val="347DE65E"/>
    <w:rsid w:val="34B4CA46"/>
    <w:rsid w:val="34C8ED26"/>
    <w:rsid w:val="34CB8B8E"/>
    <w:rsid w:val="35174638"/>
    <w:rsid w:val="3570452E"/>
    <w:rsid w:val="361FE276"/>
    <w:rsid w:val="3625DB4D"/>
    <w:rsid w:val="369E5853"/>
    <w:rsid w:val="36D57354"/>
    <w:rsid w:val="36F6F741"/>
    <w:rsid w:val="37AAE764"/>
    <w:rsid w:val="38023EBC"/>
    <w:rsid w:val="383386EB"/>
    <w:rsid w:val="397A5DA9"/>
    <w:rsid w:val="39CDB5C9"/>
    <w:rsid w:val="39DD056B"/>
    <w:rsid w:val="3A28DF11"/>
    <w:rsid w:val="3A64FC7D"/>
    <w:rsid w:val="3B2F7698"/>
    <w:rsid w:val="3B4015D3"/>
    <w:rsid w:val="3BA1EAFC"/>
    <w:rsid w:val="3BA57686"/>
    <w:rsid w:val="3BC509BF"/>
    <w:rsid w:val="3BCB362D"/>
    <w:rsid w:val="3BF3E9F4"/>
    <w:rsid w:val="3C0650AC"/>
    <w:rsid w:val="3C2A525F"/>
    <w:rsid w:val="3C3EB126"/>
    <w:rsid w:val="3C5E541D"/>
    <w:rsid w:val="3C706950"/>
    <w:rsid w:val="3D8B4C1D"/>
    <w:rsid w:val="3DCD79A4"/>
    <w:rsid w:val="3E58E2D6"/>
    <w:rsid w:val="3E719C7B"/>
    <w:rsid w:val="3E99460C"/>
    <w:rsid w:val="3EC6D2A5"/>
    <w:rsid w:val="3EC842AA"/>
    <w:rsid w:val="40376745"/>
    <w:rsid w:val="40D34C88"/>
    <w:rsid w:val="41F5BC4E"/>
    <w:rsid w:val="4347E50A"/>
    <w:rsid w:val="43B402EE"/>
    <w:rsid w:val="43DAF06C"/>
    <w:rsid w:val="44F0D35D"/>
    <w:rsid w:val="454E607B"/>
    <w:rsid w:val="4579DA63"/>
    <w:rsid w:val="45E62E39"/>
    <w:rsid w:val="4672D945"/>
    <w:rsid w:val="46A55383"/>
    <w:rsid w:val="47B5EF22"/>
    <w:rsid w:val="47EF895E"/>
    <w:rsid w:val="4862403E"/>
    <w:rsid w:val="490B91B3"/>
    <w:rsid w:val="496C3CAC"/>
    <w:rsid w:val="49B377C4"/>
    <w:rsid w:val="49CA5019"/>
    <w:rsid w:val="49E56959"/>
    <w:rsid w:val="4A1BFB63"/>
    <w:rsid w:val="4A20473E"/>
    <w:rsid w:val="4AAC551A"/>
    <w:rsid w:val="4B296816"/>
    <w:rsid w:val="4B936A05"/>
    <w:rsid w:val="4BBB060A"/>
    <w:rsid w:val="4BD30A69"/>
    <w:rsid w:val="4C913E1D"/>
    <w:rsid w:val="4D5FECDB"/>
    <w:rsid w:val="4DA02664"/>
    <w:rsid w:val="4EA8B130"/>
    <w:rsid w:val="4F4DF07E"/>
    <w:rsid w:val="4F82A9FB"/>
    <w:rsid w:val="4FE5A1D7"/>
    <w:rsid w:val="50C33D4B"/>
    <w:rsid w:val="51604287"/>
    <w:rsid w:val="51A4FAB2"/>
    <w:rsid w:val="51FE5778"/>
    <w:rsid w:val="5263924F"/>
    <w:rsid w:val="52BC88E5"/>
    <w:rsid w:val="53354AC6"/>
    <w:rsid w:val="5346B0F0"/>
    <w:rsid w:val="5363D320"/>
    <w:rsid w:val="536D2452"/>
    <w:rsid w:val="53CCC9EA"/>
    <w:rsid w:val="5443A5F8"/>
    <w:rsid w:val="54CDB8FE"/>
    <w:rsid w:val="54E61463"/>
    <w:rsid w:val="55372CB5"/>
    <w:rsid w:val="556C255B"/>
    <w:rsid w:val="5575F4CE"/>
    <w:rsid w:val="5642EB31"/>
    <w:rsid w:val="573AE807"/>
    <w:rsid w:val="5957F588"/>
    <w:rsid w:val="5985965E"/>
    <w:rsid w:val="5BD73DF6"/>
    <w:rsid w:val="5BDB732C"/>
    <w:rsid w:val="5C357309"/>
    <w:rsid w:val="5C4285B6"/>
    <w:rsid w:val="5CD5AB7F"/>
    <w:rsid w:val="5DD5003E"/>
    <w:rsid w:val="5DF9E093"/>
    <w:rsid w:val="5E55FF1D"/>
    <w:rsid w:val="5F240E61"/>
    <w:rsid w:val="5F388D6B"/>
    <w:rsid w:val="5F7ED939"/>
    <w:rsid w:val="5FA533BF"/>
    <w:rsid w:val="602BD4FA"/>
    <w:rsid w:val="60314633"/>
    <w:rsid w:val="605BF732"/>
    <w:rsid w:val="60966391"/>
    <w:rsid w:val="60EC4FC4"/>
    <w:rsid w:val="61F683AB"/>
    <w:rsid w:val="6200F3FE"/>
    <w:rsid w:val="632FE1D4"/>
    <w:rsid w:val="63453C83"/>
    <w:rsid w:val="64602110"/>
    <w:rsid w:val="64953B79"/>
    <w:rsid w:val="64BA1C11"/>
    <w:rsid w:val="64C748F3"/>
    <w:rsid w:val="64C96A9B"/>
    <w:rsid w:val="652A7431"/>
    <w:rsid w:val="654CE51E"/>
    <w:rsid w:val="65EB5985"/>
    <w:rsid w:val="66421FF1"/>
    <w:rsid w:val="668FC4E0"/>
    <w:rsid w:val="678174AD"/>
    <w:rsid w:val="681069BC"/>
    <w:rsid w:val="68AC2706"/>
    <w:rsid w:val="68BD0160"/>
    <w:rsid w:val="68EF56CA"/>
    <w:rsid w:val="694ADED4"/>
    <w:rsid w:val="69993C6B"/>
    <w:rsid w:val="69DEFCB5"/>
    <w:rsid w:val="6A7B15C9"/>
    <w:rsid w:val="6AA82C23"/>
    <w:rsid w:val="6B65B295"/>
    <w:rsid w:val="6C3655A1"/>
    <w:rsid w:val="6CD7007E"/>
    <w:rsid w:val="6D0C8FBA"/>
    <w:rsid w:val="6D6E5305"/>
    <w:rsid w:val="6D7D0371"/>
    <w:rsid w:val="6DFAEB79"/>
    <w:rsid w:val="6E2F7440"/>
    <w:rsid w:val="6E3DCF5F"/>
    <w:rsid w:val="700282D1"/>
    <w:rsid w:val="700DF705"/>
    <w:rsid w:val="709D56FF"/>
    <w:rsid w:val="70A515DE"/>
    <w:rsid w:val="70D19E5F"/>
    <w:rsid w:val="716EC4D3"/>
    <w:rsid w:val="72B3C417"/>
    <w:rsid w:val="736B2DC6"/>
    <w:rsid w:val="74D7A928"/>
    <w:rsid w:val="74ED87AC"/>
    <w:rsid w:val="750571EA"/>
    <w:rsid w:val="754D8745"/>
    <w:rsid w:val="755AA9F8"/>
    <w:rsid w:val="75823EAC"/>
    <w:rsid w:val="75D0B2F6"/>
    <w:rsid w:val="76057F33"/>
    <w:rsid w:val="768D6F9E"/>
    <w:rsid w:val="7763E555"/>
    <w:rsid w:val="77D852CB"/>
    <w:rsid w:val="77F8CF35"/>
    <w:rsid w:val="794CBEB0"/>
    <w:rsid w:val="7A499D92"/>
    <w:rsid w:val="7A8A44C7"/>
    <w:rsid w:val="7C58624F"/>
    <w:rsid w:val="7CA6EA46"/>
    <w:rsid w:val="7CC62907"/>
    <w:rsid w:val="7DA40832"/>
    <w:rsid w:val="7DA88D40"/>
    <w:rsid w:val="7DC86D6C"/>
    <w:rsid w:val="7DE4EE47"/>
    <w:rsid w:val="7EE56C28"/>
    <w:rsid w:val="7F339432"/>
    <w:rsid w:val="7F63A811"/>
    <w:rsid w:val="7F96DB29"/>
    <w:rsid w:val="7FED1788"/>
    <w:rsid w:val="7FF5D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819EA8"/>
  <w14:defaultImageDpi w14:val="300"/>
  <w15:docId w15:val="{67B7D0DA-DB3F-4AAA-AC0E-3C3799D3B7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344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4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2B3F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90193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normaltextrun" w:customStyle="1">
    <w:name w:val="normaltextrun"/>
    <w:basedOn w:val="DefaultParagraphFont"/>
    <w:rsid w:val="0090193D"/>
  </w:style>
  <w:style w:type="character" w:styleId="eop" w:customStyle="1">
    <w:name w:val="eop"/>
    <w:basedOn w:val="DefaultParagraphFont"/>
    <w:rsid w:val="0090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turning-point.co.uk/discover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ettings" Target="settings.xml" Id="rId7" /><Relationship Type="http://schemas.openxmlformats.org/officeDocument/2006/relationships/image" Target="media/image1.jp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eventbrite.co.uk/o/turning-point-suffolk-drug-and-alcohol-service-94173390313" TargetMode="External" Id="rId11" /><Relationship Type="http://schemas.microsoft.com/office/2020/10/relationships/intelligence" Target="intelligence2.xml" Id="rId24" /><Relationship Type="http://schemas.openxmlformats.org/officeDocument/2006/relationships/numbering" Target="numbering.xml" Id="rId5" /><Relationship Type="http://schemas.openxmlformats.org/officeDocument/2006/relationships/image" Target="media/image2.png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suffolklearning@turning-point.co.uk" TargetMode="Externa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2909d0-56a8-4551-bbba-d20c5353ccdd" xsi:nil="true"/>
    <lcf76f155ced4ddcb4097134ff3c332f xmlns="6a6b784f-3cda-4942-b73c-7d7e8b9d47e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B6930346DF043AD139FF6DB68128A" ma:contentTypeVersion="15" ma:contentTypeDescription="Create a new document." ma:contentTypeScope="" ma:versionID="203162c6fc0bd2ee2b0015fddbf711da">
  <xsd:schema xmlns:xsd="http://www.w3.org/2001/XMLSchema" xmlns:xs="http://www.w3.org/2001/XMLSchema" xmlns:p="http://schemas.microsoft.com/office/2006/metadata/properties" xmlns:ns2="6a6b784f-3cda-4942-b73c-7d7e8b9d47e5" xmlns:ns3="272909d0-56a8-4551-bbba-d20c5353ccdd" targetNamespace="http://schemas.microsoft.com/office/2006/metadata/properties" ma:root="true" ma:fieldsID="b78779a2539f56db723b324d5d3659a8" ns2:_="" ns3:_="">
    <xsd:import namespace="6a6b784f-3cda-4942-b73c-7d7e8b9d47e5"/>
    <xsd:import namespace="272909d0-56a8-4551-bbba-d20c5353c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b784f-3cda-4942-b73c-7d7e8b9d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3d18bfd-b7db-4105-9f07-9d8b65c184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909d0-56a8-4551-bbba-d20c5353ccd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926cb04-cbce-480d-bfcf-2f4563c8d555}" ma:internalName="TaxCatchAll" ma:showField="CatchAllData" ma:web="272909d0-56a8-4551-bbba-d20c5353cc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5C7746-B28E-4F2D-B226-342CA4C645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2835B9-5B5B-44FC-A5D7-6296F21789B2}">
  <ds:schemaRefs>
    <ds:schemaRef ds:uri="http://schemas.microsoft.com/office/2006/metadata/properties"/>
    <ds:schemaRef ds:uri="http://schemas.microsoft.com/office/infopath/2007/PartnerControls"/>
    <ds:schemaRef ds:uri="45539324-baad-49fc-a8bc-3e46d05ea473"/>
    <ds:schemaRef ds:uri="8d7097df-c42c-405f-9556-6045cb75a5ed"/>
  </ds:schemaRefs>
</ds:datastoreItem>
</file>

<file path=customXml/itemProps3.xml><?xml version="1.0" encoding="utf-8"?>
<ds:datastoreItem xmlns:ds="http://schemas.openxmlformats.org/officeDocument/2006/customXml" ds:itemID="{02018C3C-3BD1-4DD4-9FB9-E841A9118EFE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Michelle Cains</cp:lastModifiedBy>
  <cp:revision>36</cp:revision>
  <dcterms:created xsi:type="dcterms:W3CDTF">2026-10-05T09:34:00Z</dcterms:created>
  <dcterms:modified xsi:type="dcterms:W3CDTF">2026-10-05T15:29:43Z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6dd8324b,ce0f916,a3d7b3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GREEN</vt:lpwstr>
  </property>
  <property fmtid="{D5CDD505-2E9C-101B-9397-08002B2CF9AE}" pid="5" name="MSIP_Label_ebfa061d-e84e-49c5-87e7-e2a61069a670_Enabled">
    <vt:lpwstr>true</vt:lpwstr>
  </property>
  <property fmtid="{D5CDD505-2E9C-101B-9397-08002B2CF9AE}" pid="6" name="MSIP_Label_ebfa061d-e84e-49c5-87e7-e2a61069a670_SetDate">
    <vt:lpwstr>2026-04-29T15:13:07Z</vt:lpwstr>
  </property>
  <property fmtid="{D5CDD505-2E9C-101B-9397-08002B2CF9AE}" pid="7" name="MSIP_Label_ebfa061d-e84e-49c5-87e7-e2a61069a670_Method">
    <vt:lpwstr>Standard</vt:lpwstr>
  </property>
  <property fmtid="{D5CDD505-2E9C-101B-9397-08002B2CF9AE}" pid="8" name="MSIP_Label_ebfa061d-e84e-49c5-87e7-e2a61069a670_Name">
    <vt:lpwstr>GREEN</vt:lpwstr>
  </property>
  <property fmtid="{D5CDD505-2E9C-101B-9397-08002B2CF9AE}" pid="9" name="MSIP_Label_ebfa061d-e84e-49c5-87e7-e2a61069a670_SiteId">
    <vt:lpwstr>0e3b206e-48d1-4e3a-b599-5e7daeec0bb0</vt:lpwstr>
  </property>
  <property fmtid="{D5CDD505-2E9C-101B-9397-08002B2CF9AE}" pid="10" name="MSIP_Label_ebfa061d-e84e-49c5-87e7-e2a61069a670_ActionId">
    <vt:lpwstr>35c6a25a-2932-4424-9a9c-581c6c2154bc</vt:lpwstr>
  </property>
  <property fmtid="{D5CDD505-2E9C-101B-9397-08002B2CF9AE}" pid="11" name="MSIP_Label_ebfa061d-e84e-49c5-87e7-e2a61069a670_ContentBits">
    <vt:lpwstr>2</vt:lpwstr>
  </property>
  <property fmtid="{D5CDD505-2E9C-101B-9397-08002B2CF9AE}" pid="12" name="MSIP_Label_ebfa061d-e84e-49c5-87e7-e2a61069a670_Tag">
    <vt:lpwstr>10, 3, 0, 1</vt:lpwstr>
  </property>
  <property fmtid="{D5CDD505-2E9C-101B-9397-08002B2CF9AE}" pid="13" name="ContentTypeId">
    <vt:lpwstr>0x010100ADFB6930346DF043AD139FF6DB68128A</vt:lpwstr>
  </property>
  <property fmtid="{D5CDD505-2E9C-101B-9397-08002B2CF9AE}" pid="14" name="MediaServiceImageTags">
    <vt:lpwstr/>
  </property>
</Properties>
</file>